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1E6F9" w14:textId="5C989816" w:rsidR="00F82C0A" w:rsidRPr="00DA39CB" w:rsidRDefault="002436A7">
      <w:pPr>
        <w:jc w:val="center"/>
        <w:rPr>
          <w:rFonts w:ascii="Comic Sans MS" w:hAnsi="Comic Sans MS"/>
          <w:sz w:val="28"/>
          <w:szCs w:val="28"/>
        </w:rPr>
      </w:pPr>
      <w:r w:rsidRPr="00DA39CB">
        <w:rPr>
          <w:rFonts w:ascii="Comic Sans MS" w:hAnsi="Comic Sans MS"/>
          <w:b/>
          <w:sz w:val="28"/>
          <w:szCs w:val="28"/>
        </w:rPr>
        <w:t>Year 3 Home Learning Buffet Grid</w:t>
      </w:r>
      <w:r w:rsidR="000C71A0">
        <w:rPr>
          <w:rFonts w:ascii="Comic Sans MS" w:hAnsi="Comic Sans MS"/>
          <w:b/>
          <w:sz w:val="28"/>
          <w:szCs w:val="28"/>
        </w:rPr>
        <w:t xml:space="preserve"> – Summer Term 1</w:t>
      </w:r>
    </w:p>
    <w:p w14:paraId="001A3088" w14:textId="77777777" w:rsidR="007D1716" w:rsidRDefault="007D1716" w:rsidP="007D1716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393C34">
        <w:rPr>
          <w:rFonts w:ascii="Comic Sans MS" w:hAnsi="Comic Sans MS"/>
          <w:b/>
          <w:sz w:val="24"/>
          <w:szCs w:val="24"/>
        </w:rPr>
        <w:t xml:space="preserve">Choose </w:t>
      </w:r>
      <w:r w:rsidRPr="00393C34">
        <w:rPr>
          <w:rFonts w:ascii="Comic Sans MS" w:hAnsi="Comic Sans MS"/>
          <w:b/>
          <w:sz w:val="24"/>
          <w:szCs w:val="24"/>
          <w:u w:val="single"/>
        </w:rPr>
        <w:t>one</w:t>
      </w:r>
      <w:r w:rsidRPr="00393C34">
        <w:rPr>
          <w:rFonts w:ascii="Comic Sans MS" w:hAnsi="Comic Sans MS"/>
          <w:b/>
          <w:sz w:val="24"/>
          <w:szCs w:val="24"/>
        </w:rPr>
        <w:t xml:space="preserve"> activity each week until the end of term! Bring your work </w:t>
      </w:r>
      <w:proofErr w:type="gramStart"/>
      <w:r w:rsidRPr="00393C34">
        <w:rPr>
          <w:rFonts w:ascii="Comic Sans MS" w:hAnsi="Comic Sans MS"/>
          <w:b/>
          <w:sz w:val="24"/>
          <w:szCs w:val="24"/>
        </w:rPr>
        <w:t>in</w:t>
      </w:r>
      <w:proofErr w:type="gramEnd"/>
      <w:r w:rsidRPr="00393C34">
        <w:rPr>
          <w:rFonts w:ascii="Comic Sans MS" w:hAnsi="Comic Sans MS"/>
          <w:b/>
          <w:sz w:val="24"/>
          <w:szCs w:val="24"/>
        </w:rPr>
        <w:t xml:space="preserve"> each </w:t>
      </w:r>
      <w:r>
        <w:rPr>
          <w:rFonts w:ascii="Comic Sans MS" w:hAnsi="Comic Sans MS"/>
          <w:b/>
          <w:sz w:val="24"/>
          <w:szCs w:val="24"/>
          <w:u w:val="single"/>
        </w:rPr>
        <w:t>Monday!</w:t>
      </w:r>
    </w:p>
    <w:p w14:paraId="4F344C73" w14:textId="60089391" w:rsidR="00F82C0A" w:rsidRPr="0069477A" w:rsidRDefault="0069477A" w:rsidP="0069477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*</w:t>
      </w:r>
      <w:r w:rsidR="006B586D">
        <w:rPr>
          <w:rFonts w:ascii="Comic Sans MS" w:hAnsi="Comic Sans MS"/>
          <w:b/>
          <w:sz w:val="24"/>
          <w:szCs w:val="24"/>
          <w:u w:val="single"/>
        </w:rPr>
        <w:t xml:space="preserve">Remember to </w:t>
      </w:r>
      <w:r>
        <w:rPr>
          <w:rFonts w:ascii="Comic Sans MS" w:hAnsi="Comic Sans MS"/>
          <w:b/>
          <w:sz w:val="24"/>
          <w:szCs w:val="24"/>
          <w:u w:val="single"/>
        </w:rPr>
        <w:t>write the Title, Date and Name on each piece of work*</w:t>
      </w:r>
    </w:p>
    <w:tbl>
      <w:tblPr>
        <w:tblW w:w="0" w:type="auto"/>
        <w:jc w:val="center"/>
        <w:tblBorders>
          <w:top w:val="single" w:sz="12" w:space="0" w:color="4F4F4F"/>
          <w:left w:val="single" w:sz="12" w:space="0" w:color="4F4F4F"/>
          <w:bottom w:val="single" w:sz="12" w:space="0" w:color="4F4F4F"/>
          <w:right w:val="single" w:sz="12" w:space="0" w:color="4F4F4F"/>
          <w:insideH w:val="single" w:sz="12" w:space="0" w:color="4F4F4F"/>
          <w:insideV w:val="single" w:sz="12" w:space="0" w:color="4F4F4F"/>
        </w:tblBorders>
        <w:tblLayout w:type="fixed"/>
        <w:tblLook w:val="04A0" w:firstRow="1" w:lastRow="0" w:firstColumn="1" w:lastColumn="0" w:noHBand="0" w:noVBand="1"/>
      </w:tblPr>
      <w:tblGrid>
        <w:gridCol w:w="4827"/>
        <w:gridCol w:w="4827"/>
        <w:gridCol w:w="4827"/>
      </w:tblGrid>
      <w:tr w:rsidR="00F82C0A" w:rsidRPr="007D1716" w14:paraId="1BD8F72F" w14:textId="77777777" w:rsidTr="00927A53">
        <w:trPr>
          <w:jc w:val="center"/>
        </w:trPr>
        <w:tc>
          <w:tcPr>
            <w:tcW w:w="4827" w:type="dxa"/>
            <w:shd w:val="clear" w:color="auto" w:fill="FBD4B4" w:themeFill="accent6" w:themeFillTint="66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465ACE6" w14:textId="77777777" w:rsidR="00F82C0A" w:rsidRPr="007D1716" w:rsidRDefault="00F82C0A">
            <w:p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535B28C0" w14:textId="239DDC74" w:rsidR="00AD48EC" w:rsidRDefault="002436A7" w:rsidP="00AD48EC">
            <w:pPr>
              <w:spacing w:after="20"/>
              <w:jc w:val="center"/>
              <w:rPr>
                <w:rFonts w:ascii="Segoe UI Emoji" w:hAnsi="Segoe UI Emoji" w:cs="Segoe UI Emoji"/>
                <w:b/>
                <w:sz w:val="24"/>
                <w:szCs w:val="24"/>
              </w:rPr>
            </w:pPr>
            <w:r w:rsidRPr="007D1716">
              <w:rPr>
                <w:rFonts w:ascii="Comic Sans MS" w:hAnsi="Comic Sans MS"/>
                <w:b/>
                <w:sz w:val="24"/>
                <w:szCs w:val="24"/>
              </w:rPr>
              <w:t xml:space="preserve">Geography: My Area Explorer Map </w:t>
            </w:r>
            <w:r w:rsidRPr="007D1716">
              <w:rPr>
                <w:rFonts w:ascii="Segoe UI Emoji" w:hAnsi="Segoe UI Emoji" w:cs="Segoe UI Emoji"/>
                <w:b/>
                <w:sz w:val="24"/>
                <w:szCs w:val="24"/>
              </w:rPr>
              <w:t>🗺️</w:t>
            </w:r>
          </w:p>
          <w:p w14:paraId="16C3CB93" w14:textId="77777777" w:rsidR="00AD48EC" w:rsidRPr="00AD48EC" w:rsidRDefault="00AD48EC">
            <w:pPr>
              <w:spacing w:after="20"/>
              <w:rPr>
                <w:rFonts w:ascii="Segoe UI Emoji" w:hAnsi="Segoe UI Emoji" w:cs="Segoe UI Emoji"/>
                <w:b/>
                <w:sz w:val="24"/>
                <w:szCs w:val="24"/>
              </w:rPr>
            </w:pPr>
          </w:p>
          <w:p w14:paraId="755C98D0" w14:textId="77777777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Draw a simple MAP of your local area (starting from your home).</w:t>
            </w:r>
          </w:p>
          <w:p w14:paraId="4A11AFFA" w14:textId="77777777" w:rsidR="009A290E" w:rsidRPr="007D1716" w:rsidRDefault="009A290E" w:rsidP="009A290E">
            <w:pPr>
              <w:pStyle w:val="ListBullet"/>
              <w:numPr>
                <w:ilvl w:val="0"/>
                <w:numId w:val="0"/>
              </w:numPr>
              <w:spacing w:after="20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7C5F670F" w14:textId="73A51DAF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Include and label amenities (shops, post box, café), green spaces (park/field), schools, churches, cycle paths/safe crossings.</w:t>
            </w:r>
          </w:p>
          <w:p w14:paraId="3DB8812B" w14:textId="77777777" w:rsidR="009A290E" w:rsidRPr="007D1716" w:rsidRDefault="009A290E" w:rsidP="009A290E">
            <w:pPr>
              <w:pStyle w:val="ListBullet"/>
              <w:numPr>
                <w:ilvl w:val="0"/>
                <w:numId w:val="0"/>
              </w:num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7301A242" w14:textId="77777777" w:rsidR="00F82C0A" w:rsidRPr="007D1716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Add a KEY with 6+ symbols.</w:t>
            </w:r>
          </w:p>
          <w:p w14:paraId="4B097657" w14:textId="77777777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Write 3 sentences: My area is… / The best place is… / One improvement would be…</w:t>
            </w:r>
          </w:p>
          <w:p w14:paraId="3D9A6EE0" w14:textId="77777777" w:rsidR="007D1716" w:rsidRDefault="007D1716" w:rsidP="007D1716">
            <w:pPr>
              <w:pStyle w:val="ListBullet"/>
              <w:numPr>
                <w:ilvl w:val="0"/>
                <w:numId w:val="0"/>
              </w:numPr>
              <w:spacing w:after="20"/>
              <w:ind w:left="360" w:hanging="360"/>
              <w:rPr>
                <w:rFonts w:ascii="Comic Sans MS" w:hAnsi="Comic Sans MS"/>
                <w:sz w:val="24"/>
                <w:szCs w:val="24"/>
              </w:rPr>
            </w:pPr>
          </w:p>
          <w:p w14:paraId="546C7414" w14:textId="77777777" w:rsidR="007D1716" w:rsidRDefault="007D1716" w:rsidP="007D1716">
            <w:pPr>
              <w:pStyle w:val="ListBullet"/>
              <w:numPr>
                <w:ilvl w:val="0"/>
                <w:numId w:val="0"/>
              </w:numPr>
              <w:spacing w:after="20"/>
              <w:ind w:left="360" w:hanging="360"/>
              <w:rPr>
                <w:rFonts w:ascii="Comic Sans MS" w:hAnsi="Comic Sans MS"/>
                <w:sz w:val="24"/>
                <w:szCs w:val="24"/>
              </w:rPr>
            </w:pPr>
          </w:p>
          <w:p w14:paraId="3426A033" w14:textId="77777777" w:rsidR="007D1716" w:rsidRDefault="007D1716" w:rsidP="007D1716">
            <w:pPr>
              <w:pStyle w:val="ListBullet"/>
              <w:numPr>
                <w:ilvl w:val="0"/>
                <w:numId w:val="0"/>
              </w:numPr>
              <w:spacing w:after="20"/>
              <w:ind w:left="360" w:hanging="360"/>
              <w:rPr>
                <w:rFonts w:ascii="Comic Sans MS" w:hAnsi="Comic Sans MS"/>
                <w:sz w:val="24"/>
                <w:szCs w:val="24"/>
              </w:rPr>
            </w:pPr>
          </w:p>
          <w:p w14:paraId="53CE0125" w14:textId="77777777" w:rsidR="007D1716" w:rsidRDefault="007D1716" w:rsidP="007D1716">
            <w:pPr>
              <w:pStyle w:val="ListBullet"/>
              <w:numPr>
                <w:ilvl w:val="0"/>
                <w:numId w:val="0"/>
              </w:numPr>
              <w:spacing w:after="20"/>
              <w:ind w:left="360" w:hanging="360"/>
              <w:rPr>
                <w:rFonts w:ascii="Comic Sans MS" w:hAnsi="Comic Sans MS"/>
                <w:sz w:val="24"/>
                <w:szCs w:val="24"/>
              </w:rPr>
            </w:pPr>
          </w:p>
          <w:p w14:paraId="50E6774E" w14:textId="77777777" w:rsidR="007D1716" w:rsidRDefault="007D1716" w:rsidP="007D1716">
            <w:pPr>
              <w:pStyle w:val="ListBullet"/>
              <w:numPr>
                <w:ilvl w:val="0"/>
                <w:numId w:val="0"/>
              </w:numPr>
              <w:spacing w:after="20"/>
              <w:ind w:left="360" w:hanging="360"/>
              <w:rPr>
                <w:rFonts w:ascii="Comic Sans MS" w:hAnsi="Comic Sans MS"/>
                <w:sz w:val="24"/>
                <w:szCs w:val="24"/>
              </w:rPr>
            </w:pPr>
          </w:p>
          <w:p w14:paraId="0EF136DD" w14:textId="77777777" w:rsidR="007D1716" w:rsidRDefault="007D1716" w:rsidP="007D1716">
            <w:pPr>
              <w:pStyle w:val="ListBullet"/>
              <w:numPr>
                <w:ilvl w:val="0"/>
                <w:numId w:val="0"/>
              </w:numPr>
              <w:spacing w:after="20"/>
              <w:ind w:left="360" w:hanging="360"/>
              <w:rPr>
                <w:rFonts w:ascii="Comic Sans MS" w:hAnsi="Comic Sans MS"/>
                <w:sz w:val="24"/>
                <w:szCs w:val="24"/>
              </w:rPr>
            </w:pPr>
          </w:p>
          <w:p w14:paraId="20BAA8E7" w14:textId="77777777" w:rsidR="007D1716" w:rsidRPr="007D1716" w:rsidRDefault="007D1716" w:rsidP="00AD48EC">
            <w:pPr>
              <w:pStyle w:val="ListBullet"/>
              <w:numPr>
                <w:ilvl w:val="0"/>
                <w:numId w:val="0"/>
              </w:num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827" w:type="dxa"/>
            <w:shd w:val="clear" w:color="auto" w:fill="FFC000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3EE6130" w14:textId="77777777" w:rsidR="00F82C0A" w:rsidRPr="007D1716" w:rsidRDefault="00F82C0A">
            <w:p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648B66B2" w14:textId="52F8CA5C" w:rsidR="00FA79F0" w:rsidRDefault="002436A7" w:rsidP="00FA79F0">
            <w:pPr>
              <w:spacing w:after="20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D1716">
              <w:rPr>
                <w:rFonts w:ascii="Comic Sans MS" w:hAnsi="Comic Sans MS"/>
                <w:b/>
                <w:sz w:val="24"/>
                <w:szCs w:val="24"/>
              </w:rPr>
              <w:t>French: La Valise</w:t>
            </w:r>
            <w:r w:rsidR="0052430A">
              <w:rPr>
                <w:rFonts w:ascii="Comic Sans MS" w:hAnsi="Comic Sans MS"/>
                <w:b/>
                <w:sz w:val="24"/>
                <w:szCs w:val="24"/>
              </w:rPr>
              <w:t>!</w:t>
            </w:r>
          </w:p>
          <w:p w14:paraId="5B133BE9" w14:textId="43585720" w:rsidR="00F82C0A" w:rsidRDefault="007F56BC" w:rsidP="00FA79F0">
            <w:pPr>
              <w:spacing w:after="20"/>
              <w:jc w:val="center"/>
              <w:rPr>
                <w:rFonts w:ascii="Segoe UI Emoji" w:hAnsi="Segoe UI Emoji" w:cs="Segoe UI Emoji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(The</w:t>
            </w:r>
            <w:r w:rsidR="0052430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Suitcase</w:t>
            </w:r>
            <w:r w:rsidR="005047CE">
              <w:rPr>
                <w:rFonts w:ascii="Comic Sans MS" w:hAnsi="Comic Sans MS"/>
                <w:b/>
                <w:sz w:val="24"/>
                <w:szCs w:val="24"/>
              </w:rPr>
              <w:t>!</w:t>
            </w:r>
            <w:r w:rsidR="00FA79F0">
              <w:rPr>
                <w:rFonts w:ascii="Comic Sans MS" w:hAnsi="Comic Sans MS"/>
                <w:b/>
                <w:sz w:val="24"/>
                <w:szCs w:val="24"/>
              </w:rPr>
              <w:t>)</w:t>
            </w:r>
            <w:r w:rsidR="0052430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2436A7" w:rsidRPr="007D1716">
              <w:rPr>
                <w:rFonts w:ascii="Segoe UI Emoji" w:hAnsi="Segoe UI Emoji" w:cs="Segoe UI Emoji"/>
                <w:b/>
                <w:sz w:val="24"/>
                <w:szCs w:val="24"/>
              </w:rPr>
              <w:t>🧳</w:t>
            </w:r>
          </w:p>
          <w:p w14:paraId="04120F99" w14:textId="77777777" w:rsidR="00AD48EC" w:rsidRPr="007D1716" w:rsidRDefault="00AD48EC" w:rsidP="00FA79F0">
            <w:pPr>
              <w:spacing w:after="20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BEE52CF" w14:textId="77777777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Draw an OPEN suitcase and sketch 10 holiday items inside.</w:t>
            </w:r>
          </w:p>
          <w:p w14:paraId="309E5342" w14:textId="77777777" w:rsidR="006B586D" w:rsidRPr="007D1716" w:rsidRDefault="006B586D" w:rsidP="006B586D">
            <w:pPr>
              <w:pStyle w:val="ListBullet"/>
              <w:numPr>
                <w:ilvl w:val="0"/>
                <w:numId w:val="0"/>
              </w:numPr>
              <w:spacing w:after="20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50EB77A9" w14:textId="77777777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Label each item in French (use the list below).</w:t>
            </w:r>
          </w:p>
          <w:p w14:paraId="4D1BEE3B" w14:textId="77777777" w:rsidR="006B586D" w:rsidRPr="007D1716" w:rsidRDefault="006B586D" w:rsidP="006B586D">
            <w:pPr>
              <w:pStyle w:val="ListBullet"/>
              <w:numPr>
                <w:ilvl w:val="0"/>
                <w:numId w:val="0"/>
              </w:num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745A6B87" w14:textId="348C0E6A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Write 2 sentences: Dans ma valise, il y a…</w:t>
            </w:r>
            <w:r w:rsidR="000F3F8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F56BC">
              <w:rPr>
                <w:rFonts w:ascii="Comic Sans MS" w:hAnsi="Comic Sans MS"/>
                <w:sz w:val="24"/>
                <w:szCs w:val="24"/>
              </w:rPr>
              <w:t>(In my suitcase, there is…)</w:t>
            </w:r>
            <w:r w:rsidRPr="007D1716">
              <w:rPr>
                <w:rFonts w:ascii="Comic Sans MS" w:hAnsi="Comic Sans MS"/>
                <w:sz w:val="24"/>
                <w:szCs w:val="24"/>
              </w:rPr>
              <w:t xml:space="preserve"> and </w:t>
            </w:r>
            <w:proofErr w:type="spellStart"/>
            <w:r w:rsidRPr="007D1716">
              <w:rPr>
                <w:rFonts w:ascii="Comic Sans MS" w:hAnsi="Comic Sans MS"/>
                <w:sz w:val="24"/>
                <w:szCs w:val="24"/>
              </w:rPr>
              <w:t>J’ai</w:t>
            </w:r>
            <w:proofErr w:type="spellEnd"/>
            <w:r w:rsidRPr="007D1716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007D1716">
              <w:rPr>
                <w:rFonts w:ascii="Comic Sans MS" w:hAnsi="Comic Sans MS"/>
                <w:sz w:val="24"/>
                <w:szCs w:val="24"/>
              </w:rPr>
              <w:t>besoin</w:t>
            </w:r>
            <w:proofErr w:type="spellEnd"/>
            <w:r w:rsidRPr="007D1716">
              <w:rPr>
                <w:rFonts w:ascii="Comic Sans MS" w:hAnsi="Comic Sans MS"/>
                <w:sz w:val="24"/>
                <w:szCs w:val="24"/>
              </w:rPr>
              <w:t xml:space="preserve"> de…</w:t>
            </w:r>
            <w:r w:rsidR="000F3F8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F56BC">
              <w:rPr>
                <w:rFonts w:ascii="Comic Sans MS" w:hAnsi="Comic Sans MS"/>
                <w:sz w:val="24"/>
                <w:szCs w:val="24"/>
              </w:rPr>
              <w:t>(I need…)</w:t>
            </w:r>
          </w:p>
          <w:p w14:paraId="626A5694" w14:textId="77777777" w:rsidR="007F56BC" w:rsidRPr="007D1716" w:rsidRDefault="007F56BC" w:rsidP="007F56BC">
            <w:pPr>
              <w:pStyle w:val="ListBullet"/>
              <w:numPr>
                <w:ilvl w:val="0"/>
                <w:numId w:val="0"/>
              </w:num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4BDC11C7" w14:textId="77777777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Bonus: colour-code clothes / beach / toiletries.</w:t>
            </w:r>
          </w:p>
          <w:p w14:paraId="6F3AAC49" w14:textId="77777777" w:rsidR="009A290E" w:rsidRPr="007D1716" w:rsidRDefault="009A290E" w:rsidP="009A290E">
            <w:pPr>
              <w:pStyle w:val="ListBullet"/>
              <w:numPr>
                <w:ilvl w:val="0"/>
                <w:numId w:val="0"/>
              </w:numPr>
              <w:spacing w:after="20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54A2E352" w14:textId="35056DFA" w:rsidR="00F82C0A" w:rsidRPr="007D1716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 xml:space="preserve">Useful words: un t-shirt, un short, une robe, un pull, des chaussettes, des chaussures, un chapeau, des lunettes de soleil, la crème </w:t>
            </w:r>
            <w:proofErr w:type="spellStart"/>
            <w:r w:rsidRPr="007D1716">
              <w:rPr>
                <w:rFonts w:ascii="Comic Sans MS" w:hAnsi="Comic Sans MS"/>
                <w:sz w:val="24"/>
                <w:szCs w:val="24"/>
              </w:rPr>
              <w:t>solaire</w:t>
            </w:r>
            <w:proofErr w:type="spellEnd"/>
            <w:r w:rsidRPr="007D1716">
              <w:rPr>
                <w:rFonts w:ascii="Comic Sans MS" w:hAnsi="Comic Sans MS"/>
                <w:sz w:val="24"/>
                <w:szCs w:val="24"/>
              </w:rPr>
              <w:t xml:space="preserve">, </w:t>
            </w:r>
            <w:proofErr w:type="spellStart"/>
            <w:r w:rsidRPr="007D1716">
              <w:rPr>
                <w:rFonts w:ascii="Comic Sans MS" w:hAnsi="Comic Sans MS"/>
                <w:sz w:val="24"/>
                <w:szCs w:val="24"/>
              </w:rPr>
              <w:t>une</w:t>
            </w:r>
            <w:proofErr w:type="spellEnd"/>
            <w:r w:rsidRPr="007D1716">
              <w:rPr>
                <w:rFonts w:ascii="Comic Sans MS" w:hAnsi="Comic Sans MS"/>
                <w:sz w:val="24"/>
                <w:szCs w:val="24"/>
              </w:rPr>
              <w:t xml:space="preserve"> brosse à dents, un livre</w:t>
            </w:r>
          </w:p>
        </w:tc>
        <w:tc>
          <w:tcPr>
            <w:tcW w:w="4827" w:type="dxa"/>
            <w:shd w:val="clear" w:color="auto" w:fill="4F81BD" w:themeFill="accent1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7F7AD70" w14:textId="77777777" w:rsidR="00F82C0A" w:rsidRPr="007D1716" w:rsidRDefault="00F82C0A">
            <w:p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43C563B3" w14:textId="77777777" w:rsidR="00F82C0A" w:rsidRDefault="002436A7" w:rsidP="00AD48EC">
            <w:pPr>
              <w:spacing w:after="20"/>
              <w:jc w:val="center"/>
              <w:rPr>
                <w:rFonts w:ascii="Segoe UI Emoji" w:hAnsi="Segoe UI Emoji" w:cs="Segoe UI Emoji"/>
                <w:b/>
                <w:sz w:val="24"/>
                <w:szCs w:val="24"/>
              </w:rPr>
            </w:pPr>
            <w:r w:rsidRPr="007D1716">
              <w:rPr>
                <w:rFonts w:ascii="Comic Sans MS" w:hAnsi="Comic Sans MS"/>
                <w:b/>
                <w:sz w:val="24"/>
                <w:szCs w:val="24"/>
              </w:rPr>
              <w:t xml:space="preserve">Science: Plant Part Super Sleuth </w:t>
            </w:r>
            <w:r w:rsidRPr="007D1716">
              <w:rPr>
                <w:rFonts w:ascii="Segoe UI Emoji" w:hAnsi="Segoe UI Emoji" w:cs="Segoe UI Emoji"/>
                <w:b/>
                <w:sz w:val="24"/>
                <w:szCs w:val="24"/>
              </w:rPr>
              <w:t>🌿</w:t>
            </w:r>
          </w:p>
          <w:p w14:paraId="79BCCE65" w14:textId="77777777" w:rsidR="00AD48EC" w:rsidRPr="007D1716" w:rsidRDefault="00AD48EC">
            <w:p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068EA4D8" w14:textId="77777777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Find 3 different plants (garden/park/houseplant/veg/herb).</w:t>
            </w:r>
          </w:p>
          <w:p w14:paraId="2A44D5A1" w14:textId="77777777" w:rsidR="006B586D" w:rsidRPr="007D1716" w:rsidRDefault="006B586D" w:rsidP="006B586D">
            <w:pPr>
              <w:pStyle w:val="ListBullet"/>
              <w:numPr>
                <w:ilvl w:val="0"/>
                <w:numId w:val="0"/>
              </w:numPr>
              <w:spacing w:after="20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2956ABA4" w14:textId="77777777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For each plant: quick sketch + label parts (root, stem, leaf, flower, bud, petals, seeds, veins).</w:t>
            </w:r>
          </w:p>
          <w:p w14:paraId="5C3EED3F" w14:textId="77777777" w:rsidR="006B586D" w:rsidRPr="007D1716" w:rsidRDefault="006B586D" w:rsidP="006B586D">
            <w:pPr>
              <w:pStyle w:val="ListBullet"/>
              <w:numPr>
                <w:ilvl w:val="0"/>
                <w:numId w:val="0"/>
              </w:num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7D037CC1" w14:textId="2513D641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 xml:space="preserve">Write 2 observations: “I noticed…” and “This plant might be </w:t>
            </w:r>
            <w:r w:rsidR="000F3F8A">
              <w:rPr>
                <w:rFonts w:ascii="Comic Sans MS" w:hAnsi="Comic Sans MS"/>
                <w:sz w:val="24"/>
                <w:szCs w:val="24"/>
              </w:rPr>
              <w:t>useful for</w:t>
            </w:r>
            <w:r w:rsidRPr="007D1716">
              <w:rPr>
                <w:rFonts w:ascii="Comic Sans MS" w:hAnsi="Comic Sans MS"/>
                <w:sz w:val="24"/>
                <w:szCs w:val="24"/>
              </w:rPr>
              <w:t>…”</w:t>
            </w:r>
          </w:p>
          <w:p w14:paraId="75862689" w14:textId="77777777" w:rsidR="006B586D" w:rsidRPr="007D1716" w:rsidRDefault="006B586D" w:rsidP="006B586D">
            <w:pPr>
              <w:pStyle w:val="ListBullet"/>
              <w:numPr>
                <w:ilvl w:val="0"/>
                <w:numId w:val="0"/>
              </w:num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09D5F193" w14:textId="77777777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Write 1 function sentence using because: “Leaves are important because…”</w:t>
            </w:r>
          </w:p>
          <w:p w14:paraId="550F2613" w14:textId="77777777" w:rsidR="006B586D" w:rsidRPr="007D1716" w:rsidRDefault="006B586D" w:rsidP="006B586D">
            <w:pPr>
              <w:pStyle w:val="ListBullet"/>
              <w:numPr>
                <w:ilvl w:val="0"/>
                <w:numId w:val="0"/>
              </w:num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6FA158CF" w14:textId="77777777" w:rsidR="00F82C0A" w:rsidRPr="007D1716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Bonus: draw a zoomed-in leaf vein pattern OR a seed enlarged with labels.</w:t>
            </w:r>
          </w:p>
        </w:tc>
      </w:tr>
      <w:tr w:rsidR="00F82C0A" w:rsidRPr="007D1716" w14:paraId="7B4CF595" w14:textId="77777777" w:rsidTr="000F3F8A">
        <w:trPr>
          <w:jc w:val="center"/>
        </w:trPr>
        <w:tc>
          <w:tcPr>
            <w:tcW w:w="4827" w:type="dxa"/>
            <w:shd w:val="clear" w:color="auto" w:fill="F2F2F2" w:themeFill="background1" w:themeFillShade="F2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E9DFC60" w14:textId="04D6813F" w:rsidR="000F3F8A" w:rsidRPr="000F3F8A" w:rsidRDefault="000F3F8A" w:rsidP="000F3F8A">
            <w:pPr>
              <w:pStyle w:val="Heading3"/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  <w:lang w:val="en-GB"/>
              </w:rPr>
            </w:pPr>
            <w:r w:rsidRPr="000F3F8A">
              <w:rPr>
                <w:rStyle w:val="Strong"/>
                <w:rFonts w:ascii="Comic Sans MS" w:hAnsi="Comic Sans MS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Mini-Shop </w:t>
            </w:r>
            <w:proofErr w:type="spellStart"/>
            <w:r w:rsidRPr="000F3F8A">
              <w:rPr>
                <w:rStyle w:val="Strong"/>
                <w:rFonts w:ascii="Comic Sans MS" w:hAnsi="Comic Sans MS"/>
                <w:b/>
                <w:bCs/>
                <w:color w:val="000000" w:themeColor="text1"/>
                <w:sz w:val="24"/>
                <w:szCs w:val="24"/>
              </w:rPr>
              <w:t>Maths</w:t>
            </w:r>
            <w:proofErr w:type="spellEnd"/>
            <w:r w:rsidRPr="000F3F8A">
              <w:rPr>
                <w:rStyle w:val="Strong"/>
                <w:rFonts w:ascii="Comic Sans MS" w:hAnsi="Comic Sans MS"/>
                <w:b/>
                <w:bCs/>
                <w:color w:val="000000" w:themeColor="text1"/>
                <w:sz w:val="24"/>
                <w:szCs w:val="24"/>
              </w:rPr>
              <w:t>!</w:t>
            </w:r>
            <w:r w:rsidRPr="000F3F8A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</w:t>
            </w:r>
            <w:r w:rsidRPr="000F3F8A">
              <w:rPr>
                <w:rFonts w:ascii="Segoe UI Emoji" w:hAnsi="Segoe UI Emoji" w:cs="Segoe UI Emoji"/>
                <w:color w:val="BFBFBF" w:themeColor="background1" w:themeShade="BF"/>
                <w:sz w:val="24"/>
                <w:szCs w:val="24"/>
                <w:lang w:val="en-GB"/>
              </w:rPr>
              <w:t>🛒</w:t>
            </w:r>
            <w:r w:rsidRPr="000F3F8A">
              <w:rPr>
                <w:rFonts w:ascii="Segoe UI Emoji" w:hAnsi="Segoe UI Emoji" w:cs="Segoe UI Emoji"/>
                <w:color w:val="8DB3E2" w:themeColor="text2" w:themeTint="66"/>
                <w:sz w:val="24"/>
                <w:szCs w:val="24"/>
                <w:lang w:val="en-GB"/>
              </w:rPr>
              <w:t>💷</w:t>
            </w:r>
          </w:p>
          <w:p w14:paraId="1DE7C8B7" w14:textId="77777777" w:rsidR="000F3F8A" w:rsidRPr="000F3F8A" w:rsidRDefault="000F3F8A" w:rsidP="000F3F8A">
            <w:pPr>
              <w:pStyle w:val="NormalWeb"/>
              <w:rPr>
                <w:rFonts w:ascii="Comic Sans MS" w:hAnsi="Comic Sans MS"/>
              </w:rPr>
            </w:pPr>
            <w:r w:rsidRPr="000F3F8A">
              <w:rPr>
                <w:rFonts w:ascii="Comic Sans MS" w:hAnsi="Comic Sans MS"/>
              </w:rPr>
              <w:t xml:space="preserve">Create a pretend shop on paper with </w:t>
            </w:r>
            <w:r w:rsidRPr="000F3F8A">
              <w:rPr>
                <w:rStyle w:val="Strong"/>
                <w:rFonts w:ascii="Comic Sans MS" w:hAnsi="Comic Sans MS"/>
              </w:rPr>
              <w:t>8 items</w:t>
            </w:r>
            <w:r w:rsidRPr="000F3F8A">
              <w:rPr>
                <w:rFonts w:ascii="Comic Sans MS" w:hAnsi="Comic Sans MS"/>
              </w:rPr>
              <w:t xml:space="preserve"> (toy, snack, book, pencil…).</w:t>
            </w:r>
          </w:p>
          <w:p w14:paraId="2293B091" w14:textId="3BEAA460" w:rsidR="000F3F8A" w:rsidRDefault="000F3F8A" w:rsidP="000F3F8A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3F8A">
              <w:rPr>
                <w:rFonts w:ascii="Comic Sans MS" w:hAnsi="Comic Sans MS"/>
                <w:sz w:val="24"/>
                <w:szCs w:val="24"/>
              </w:rPr>
              <w:t xml:space="preserve">Give each item a price using </w:t>
            </w:r>
            <w:r w:rsidRPr="000F3F8A">
              <w:rPr>
                <w:rStyle w:val="Strong"/>
                <w:rFonts w:ascii="Comic Sans MS" w:hAnsi="Comic Sans MS"/>
                <w:sz w:val="24"/>
                <w:szCs w:val="24"/>
              </w:rPr>
              <w:t>£ and p</w:t>
            </w:r>
            <w:r w:rsidRPr="000F3F8A">
              <w:rPr>
                <w:rFonts w:ascii="Comic Sans MS" w:hAnsi="Comic Sans MS"/>
                <w:sz w:val="24"/>
                <w:szCs w:val="24"/>
              </w:rPr>
              <w:t xml:space="preserve"> (e.g., 45p, £1.20). </w:t>
            </w:r>
          </w:p>
          <w:p w14:paraId="208BD66E" w14:textId="77777777" w:rsidR="000F3F8A" w:rsidRPr="000F3F8A" w:rsidRDefault="000F3F8A" w:rsidP="000F3F8A">
            <w:pPr>
              <w:spacing w:before="100" w:beforeAutospacing="1" w:after="100" w:afterAutospacing="1" w:line="240" w:lineRule="auto"/>
              <w:ind w:left="720"/>
              <w:rPr>
                <w:rFonts w:ascii="Comic Sans MS" w:hAnsi="Comic Sans MS"/>
                <w:sz w:val="24"/>
                <w:szCs w:val="24"/>
              </w:rPr>
            </w:pPr>
          </w:p>
          <w:p w14:paraId="6DCA1E0D" w14:textId="4DB77007" w:rsidR="000F3F8A" w:rsidRDefault="000F3F8A" w:rsidP="000F3F8A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3F8A">
              <w:rPr>
                <w:rFonts w:ascii="Comic Sans MS" w:hAnsi="Comic Sans MS"/>
                <w:sz w:val="24"/>
                <w:szCs w:val="24"/>
              </w:rPr>
              <w:t xml:space="preserve">Write </w:t>
            </w:r>
            <w:r w:rsidRPr="000F3F8A">
              <w:rPr>
                <w:rStyle w:val="Strong"/>
                <w:rFonts w:ascii="Comic Sans MS" w:hAnsi="Comic Sans MS"/>
                <w:sz w:val="24"/>
                <w:szCs w:val="24"/>
              </w:rPr>
              <w:t>3 shopping lists</w:t>
            </w:r>
            <w:r w:rsidRPr="000F3F8A">
              <w:rPr>
                <w:rFonts w:ascii="Comic Sans MS" w:hAnsi="Comic Sans MS"/>
                <w:sz w:val="24"/>
                <w:szCs w:val="24"/>
              </w:rPr>
              <w:t xml:space="preserve"> (e.g., Buy 3 items</w:t>
            </w:r>
            <w:r>
              <w:rPr>
                <w:rFonts w:ascii="Comic Sans MS" w:hAnsi="Comic Sans MS"/>
                <w:sz w:val="24"/>
                <w:szCs w:val="24"/>
              </w:rPr>
              <w:t xml:space="preserve"> each time</w:t>
            </w:r>
            <w:r w:rsidRPr="000F3F8A">
              <w:rPr>
                <w:rFonts w:ascii="Comic Sans MS" w:hAnsi="Comic Sans MS"/>
                <w:sz w:val="24"/>
                <w:szCs w:val="24"/>
              </w:rPr>
              <w:t xml:space="preserve">). </w:t>
            </w:r>
          </w:p>
          <w:p w14:paraId="044D64E5" w14:textId="77777777" w:rsidR="000F3F8A" w:rsidRPr="000F3F8A" w:rsidRDefault="000F3F8A" w:rsidP="000F3F8A">
            <w:pPr>
              <w:spacing w:before="100" w:beforeAutospacing="1" w:after="100" w:afterAutospacing="1" w:line="240" w:lineRule="auto"/>
              <w:rPr>
                <w:rFonts w:ascii="Comic Sans MS" w:hAnsi="Comic Sans MS"/>
                <w:sz w:val="24"/>
                <w:szCs w:val="24"/>
              </w:rPr>
            </w:pPr>
          </w:p>
          <w:p w14:paraId="52F04FCE" w14:textId="77777777" w:rsidR="000F3F8A" w:rsidRDefault="000F3F8A" w:rsidP="000F3F8A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3F8A">
              <w:rPr>
                <w:rFonts w:ascii="Comic Sans MS" w:hAnsi="Comic Sans MS"/>
                <w:sz w:val="24"/>
                <w:szCs w:val="24"/>
              </w:rPr>
              <w:t xml:space="preserve">Work out the </w:t>
            </w:r>
            <w:r w:rsidRPr="000F3F8A">
              <w:rPr>
                <w:rStyle w:val="Strong"/>
                <w:rFonts w:ascii="Comic Sans MS" w:hAnsi="Comic Sans MS"/>
                <w:sz w:val="24"/>
                <w:szCs w:val="24"/>
              </w:rPr>
              <w:t>total cost</w:t>
            </w:r>
            <w:r w:rsidRPr="000F3F8A">
              <w:rPr>
                <w:rFonts w:ascii="Comic Sans MS" w:hAnsi="Comic Sans MS"/>
                <w:sz w:val="24"/>
                <w:szCs w:val="24"/>
              </w:rPr>
              <w:t xml:space="preserve"> each time.</w:t>
            </w:r>
            <w:r>
              <w:rPr>
                <w:rFonts w:ascii="Comic Sans MS" w:hAnsi="Comic Sans MS"/>
                <w:sz w:val="24"/>
                <w:szCs w:val="24"/>
              </w:rPr>
              <w:t xml:space="preserve"> Remember – use column addition for this!</w:t>
            </w:r>
          </w:p>
          <w:p w14:paraId="03581F2E" w14:textId="1EB2EEEE" w:rsidR="000F3F8A" w:rsidRPr="000F3F8A" w:rsidRDefault="000F3F8A" w:rsidP="000F3F8A">
            <w:pPr>
              <w:pStyle w:val="ListParagraph"/>
              <w:numPr>
                <w:ilvl w:val="0"/>
                <w:numId w:val="10"/>
              </w:numPr>
              <w:spacing w:before="100" w:beforeAutospacing="1" w:after="100" w:afterAutospacing="1" w:line="240" w:lineRule="auto"/>
              <w:rPr>
                <w:rFonts w:ascii="Comic Sans MS" w:hAnsi="Comic Sans MS"/>
                <w:sz w:val="24"/>
                <w:szCs w:val="24"/>
              </w:rPr>
            </w:pPr>
            <w:r w:rsidRPr="000F3F8A">
              <w:rPr>
                <w:rFonts w:ascii="Comic Sans MS" w:hAnsi="Comic Sans MS"/>
                <w:sz w:val="24"/>
                <w:szCs w:val="24"/>
              </w:rPr>
              <w:br/>
            </w:r>
            <w:r w:rsidRPr="000F3F8A">
              <w:rPr>
                <w:rStyle w:val="Strong"/>
                <w:rFonts w:ascii="Comic Sans MS" w:hAnsi="Comic Sans MS"/>
                <w:sz w:val="24"/>
                <w:szCs w:val="24"/>
              </w:rPr>
              <w:t>Bonus:</w:t>
            </w:r>
            <w:r w:rsidRPr="000F3F8A">
              <w:rPr>
                <w:rFonts w:ascii="Comic Sans MS" w:hAnsi="Comic Sans MS"/>
                <w:sz w:val="24"/>
                <w:szCs w:val="24"/>
              </w:rPr>
              <w:t xml:space="preserve"> If you </w:t>
            </w:r>
            <w:proofErr w:type="gramStart"/>
            <w:r w:rsidRPr="000F3F8A">
              <w:rPr>
                <w:rFonts w:ascii="Comic Sans MS" w:hAnsi="Comic Sans MS"/>
                <w:sz w:val="24"/>
                <w:szCs w:val="24"/>
              </w:rPr>
              <w:t>pay with</w:t>
            </w:r>
            <w:proofErr w:type="gramEnd"/>
            <w:r w:rsidRPr="000F3F8A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F3F8A">
              <w:rPr>
                <w:rStyle w:val="Strong"/>
                <w:rFonts w:ascii="Comic Sans MS" w:hAnsi="Comic Sans MS"/>
                <w:sz w:val="24"/>
                <w:szCs w:val="24"/>
              </w:rPr>
              <w:t>£5</w:t>
            </w:r>
            <w:r w:rsidRPr="000F3F8A">
              <w:rPr>
                <w:rFonts w:ascii="Comic Sans MS" w:hAnsi="Comic Sans MS"/>
                <w:sz w:val="24"/>
                <w:szCs w:val="24"/>
              </w:rPr>
              <w:t xml:space="preserve">, </w:t>
            </w:r>
            <w:r>
              <w:rPr>
                <w:rFonts w:ascii="Comic Sans MS" w:hAnsi="Comic Sans MS"/>
                <w:sz w:val="24"/>
                <w:szCs w:val="24"/>
              </w:rPr>
              <w:t xml:space="preserve">or </w:t>
            </w:r>
            <w:r w:rsidRPr="000F3F8A">
              <w:rPr>
                <w:rFonts w:ascii="Comic Sans MS" w:hAnsi="Comic Sans MS"/>
                <w:b/>
                <w:bCs/>
                <w:sz w:val="24"/>
                <w:szCs w:val="24"/>
              </w:rPr>
              <w:t>£10</w:t>
            </w:r>
            <w:r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Pr="000F3F8A">
              <w:rPr>
                <w:rFonts w:ascii="Comic Sans MS" w:hAnsi="Comic Sans MS"/>
                <w:sz w:val="24"/>
                <w:szCs w:val="24"/>
              </w:rPr>
              <w:t xml:space="preserve">work out the </w:t>
            </w:r>
            <w:r w:rsidRPr="000F3F8A">
              <w:rPr>
                <w:rStyle w:val="Strong"/>
                <w:rFonts w:ascii="Comic Sans MS" w:hAnsi="Comic Sans MS"/>
                <w:sz w:val="24"/>
                <w:szCs w:val="24"/>
              </w:rPr>
              <w:t>change</w:t>
            </w:r>
            <w:r w:rsidRPr="000F3F8A">
              <w:rPr>
                <w:rFonts w:ascii="Comic Sans MS" w:hAnsi="Comic Sans MS"/>
                <w:sz w:val="24"/>
                <w:szCs w:val="24"/>
              </w:rPr>
              <w:t>. Use column subtraction for this!</w:t>
            </w:r>
          </w:p>
          <w:p w14:paraId="0B48CAE5" w14:textId="7B50D90B" w:rsidR="00F82C0A" w:rsidRPr="007D1716" w:rsidRDefault="00F82C0A" w:rsidP="000F3F8A">
            <w:pPr>
              <w:pStyle w:val="ListBullet"/>
              <w:numPr>
                <w:ilvl w:val="0"/>
                <w:numId w:val="0"/>
              </w:numPr>
              <w:spacing w:after="20"/>
              <w:ind w:left="36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827" w:type="dxa"/>
            <w:shd w:val="clear" w:color="auto" w:fill="92D050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29C5DFB" w14:textId="77777777" w:rsidR="00F82C0A" w:rsidRPr="007D1716" w:rsidRDefault="00F82C0A">
            <w:p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43CE0ECB" w14:textId="77777777" w:rsidR="00F82C0A" w:rsidRDefault="002436A7" w:rsidP="00AD48EC">
            <w:pPr>
              <w:spacing w:after="20"/>
              <w:jc w:val="center"/>
              <w:rPr>
                <w:rFonts w:ascii="Segoe UI Emoji" w:hAnsi="Segoe UI Emoji" w:cs="Segoe UI Emoji"/>
                <w:b/>
                <w:sz w:val="24"/>
                <w:szCs w:val="24"/>
              </w:rPr>
            </w:pPr>
            <w:r w:rsidRPr="007D1716">
              <w:rPr>
                <w:rFonts w:ascii="Comic Sans MS" w:hAnsi="Comic Sans MS"/>
                <w:b/>
                <w:sz w:val="24"/>
                <w:szCs w:val="24"/>
              </w:rPr>
              <w:t xml:space="preserve">RE: Dharma Diary (Hinduism) </w:t>
            </w:r>
            <w:r w:rsidRPr="007D1716">
              <w:rPr>
                <w:rFonts w:ascii="Segoe UI Emoji" w:hAnsi="Segoe UI Emoji" w:cs="Segoe UI Emoji"/>
                <w:b/>
                <w:sz w:val="24"/>
                <w:szCs w:val="24"/>
              </w:rPr>
              <w:t>🪔</w:t>
            </w:r>
          </w:p>
          <w:p w14:paraId="49E36B28" w14:textId="77777777" w:rsidR="00AD48EC" w:rsidRPr="007D1716" w:rsidRDefault="00AD48EC">
            <w:p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0B6DB383" w14:textId="2BC6C2C1" w:rsidR="00D266FC" w:rsidRDefault="002436A7" w:rsidP="00D266FC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Make a 6-box comic strip showing a character making “right choices”.</w:t>
            </w:r>
          </w:p>
          <w:p w14:paraId="03636DAB" w14:textId="77777777" w:rsidR="00D266FC" w:rsidRPr="00D266FC" w:rsidRDefault="00D266FC" w:rsidP="00D266FC">
            <w:pPr>
              <w:pStyle w:val="ListBullet"/>
              <w:numPr>
                <w:ilvl w:val="0"/>
                <w:numId w:val="0"/>
              </w:numPr>
              <w:spacing w:after="20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37CD946C" w14:textId="77777777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Include: a problem, 3 good choices, and a calm ending.</w:t>
            </w:r>
          </w:p>
          <w:p w14:paraId="0911731A" w14:textId="77777777" w:rsidR="00D266FC" w:rsidRPr="007D1716" w:rsidRDefault="00D266FC" w:rsidP="00D266FC">
            <w:pPr>
              <w:pStyle w:val="ListBullet"/>
              <w:numPr>
                <w:ilvl w:val="0"/>
                <w:numId w:val="0"/>
              </w:num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64C3CECB" w14:textId="3123DB52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 xml:space="preserve">Label one </w:t>
            </w:r>
            <w:r w:rsidR="00DA39CB" w:rsidRPr="007D1716">
              <w:rPr>
                <w:rFonts w:ascii="Comic Sans MS" w:hAnsi="Comic Sans MS"/>
                <w:sz w:val="24"/>
                <w:szCs w:val="24"/>
              </w:rPr>
              <w:t>‘</w:t>
            </w:r>
            <w:r w:rsidRPr="007D1716">
              <w:rPr>
                <w:rFonts w:ascii="Comic Sans MS" w:hAnsi="Comic Sans MS"/>
                <w:sz w:val="24"/>
                <w:szCs w:val="24"/>
              </w:rPr>
              <w:t>right</w:t>
            </w:r>
            <w:r w:rsidR="00DA39CB" w:rsidRPr="007D1716">
              <w:rPr>
                <w:rFonts w:ascii="Comic Sans MS" w:hAnsi="Comic Sans MS"/>
                <w:sz w:val="24"/>
                <w:szCs w:val="24"/>
              </w:rPr>
              <w:t>’</w:t>
            </w:r>
            <w:r w:rsidRPr="007D1716">
              <w:rPr>
                <w:rFonts w:ascii="Comic Sans MS" w:hAnsi="Comic Sans MS"/>
                <w:sz w:val="24"/>
                <w:szCs w:val="24"/>
              </w:rPr>
              <w:t xml:space="preserve"> choice as DHARMA (doing the right thing).</w:t>
            </w:r>
          </w:p>
          <w:p w14:paraId="69BB8FBC" w14:textId="77777777" w:rsidR="00D266FC" w:rsidRPr="007D1716" w:rsidRDefault="00D266FC" w:rsidP="00D266FC">
            <w:pPr>
              <w:pStyle w:val="ListBullet"/>
              <w:numPr>
                <w:ilvl w:val="0"/>
                <w:numId w:val="0"/>
              </w:num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46E14099" w14:textId="77777777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Label one kind action as AHIMSA (non-harm/kindness).</w:t>
            </w:r>
          </w:p>
          <w:p w14:paraId="6D1943A8" w14:textId="77777777" w:rsidR="00D266FC" w:rsidRPr="007D1716" w:rsidRDefault="00D266FC" w:rsidP="00D266FC">
            <w:pPr>
              <w:pStyle w:val="ListBullet"/>
              <w:numPr>
                <w:ilvl w:val="0"/>
                <w:numId w:val="0"/>
              </w:num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4A781B47" w14:textId="77777777" w:rsidR="00F82C0A" w:rsidRPr="007D1716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Bonus: add a speech bubble with a kind sentence starter: “I can help by…”.</w:t>
            </w:r>
          </w:p>
        </w:tc>
        <w:tc>
          <w:tcPr>
            <w:tcW w:w="4827" w:type="dxa"/>
            <w:shd w:val="clear" w:color="auto" w:fill="CCC0D9" w:themeFill="accent4" w:themeFillTint="66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CBB49A2" w14:textId="77777777" w:rsidR="00F82C0A" w:rsidRPr="007D1716" w:rsidRDefault="00F82C0A">
            <w:p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7BF624A7" w14:textId="7F40AE2B" w:rsidR="00AD48EC" w:rsidRDefault="002436A7" w:rsidP="00AD48EC">
            <w:pPr>
              <w:spacing w:after="20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D1716">
              <w:rPr>
                <w:rFonts w:ascii="Comic Sans MS" w:hAnsi="Comic Sans MS"/>
                <w:b/>
                <w:sz w:val="24"/>
                <w:szCs w:val="24"/>
              </w:rPr>
              <w:t>Art: Shadow-Cut Silhouette Scene</w:t>
            </w:r>
          </w:p>
          <w:p w14:paraId="3804B9B2" w14:textId="3492B9FE" w:rsidR="00F82C0A" w:rsidRDefault="002436A7" w:rsidP="00AD48EC">
            <w:pPr>
              <w:spacing w:after="20"/>
              <w:jc w:val="center"/>
              <w:rPr>
                <w:rFonts w:ascii="Segoe UI Emoji" w:hAnsi="Segoe UI Emoji" w:cs="Segoe UI Emoji"/>
                <w:b/>
                <w:sz w:val="24"/>
                <w:szCs w:val="24"/>
              </w:rPr>
            </w:pPr>
            <w:r w:rsidRPr="007D1716">
              <w:rPr>
                <w:rFonts w:ascii="Segoe UI Emoji" w:hAnsi="Segoe UI Emoji" w:cs="Segoe UI Emoji"/>
                <w:b/>
                <w:sz w:val="24"/>
                <w:szCs w:val="24"/>
              </w:rPr>
              <w:t>✂️🌙</w:t>
            </w:r>
          </w:p>
          <w:p w14:paraId="0708FF8E" w14:textId="77777777" w:rsidR="00AD48EC" w:rsidRPr="007D1716" w:rsidRDefault="00AD48EC">
            <w:p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2854C698" w14:textId="77777777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Create a dramatic silhouette picture using only paper.</w:t>
            </w:r>
          </w:p>
          <w:p w14:paraId="70679B47" w14:textId="77777777" w:rsidR="00D266FC" w:rsidRPr="007D1716" w:rsidRDefault="00D266FC" w:rsidP="00D266FC">
            <w:pPr>
              <w:pStyle w:val="ListBullet"/>
              <w:numPr>
                <w:ilvl w:val="0"/>
                <w:numId w:val="0"/>
              </w:numPr>
              <w:spacing w:after="20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57538265" w14:textId="77777777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Draw a simple scene on white paper (trees/houses/animals/flowers).</w:t>
            </w:r>
          </w:p>
          <w:p w14:paraId="5727E4CD" w14:textId="77777777" w:rsidR="00D266FC" w:rsidRPr="007D1716" w:rsidRDefault="00D266FC" w:rsidP="00D266FC">
            <w:pPr>
              <w:pStyle w:val="ListBullet"/>
              <w:numPr>
                <w:ilvl w:val="0"/>
                <w:numId w:val="0"/>
              </w:num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39BE39FA" w14:textId="77777777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Cut shapes from black paper (or colour shapes very dark) and stick them on as silhouettes.</w:t>
            </w:r>
          </w:p>
          <w:p w14:paraId="5E999D22" w14:textId="77777777" w:rsidR="00D266FC" w:rsidRPr="007D1716" w:rsidRDefault="00D266FC" w:rsidP="00D266FC">
            <w:pPr>
              <w:pStyle w:val="ListBullet"/>
              <w:numPr>
                <w:ilvl w:val="0"/>
                <w:numId w:val="0"/>
              </w:num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51C30B21" w14:textId="77777777" w:rsidR="00F82C0A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Add 3 tiny details: stars, windows, patterns.</w:t>
            </w:r>
          </w:p>
          <w:p w14:paraId="7E9305BD" w14:textId="77777777" w:rsidR="00D266FC" w:rsidRPr="007D1716" w:rsidRDefault="00D266FC" w:rsidP="00D266FC">
            <w:pPr>
              <w:pStyle w:val="ListBullet"/>
              <w:numPr>
                <w:ilvl w:val="0"/>
                <w:numId w:val="0"/>
              </w:numPr>
              <w:spacing w:after="20"/>
              <w:rPr>
                <w:rFonts w:ascii="Comic Sans MS" w:hAnsi="Comic Sans MS"/>
                <w:sz w:val="24"/>
                <w:szCs w:val="24"/>
              </w:rPr>
            </w:pPr>
          </w:p>
          <w:p w14:paraId="428ECCA0" w14:textId="77777777" w:rsidR="00F82C0A" w:rsidRPr="007D1716" w:rsidRDefault="002436A7">
            <w:pPr>
              <w:pStyle w:val="ListBullet"/>
              <w:spacing w:after="20"/>
              <w:rPr>
                <w:rFonts w:ascii="Comic Sans MS" w:hAnsi="Comic Sans MS"/>
                <w:sz w:val="24"/>
                <w:szCs w:val="24"/>
              </w:rPr>
            </w:pPr>
            <w:r w:rsidRPr="007D1716">
              <w:rPr>
                <w:rFonts w:ascii="Comic Sans MS" w:hAnsi="Comic Sans MS"/>
                <w:sz w:val="24"/>
                <w:szCs w:val="24"/>
              </w:rPr>
              <w:t>Bonus: title your artwork and write 1 sentence: “My scene shows…”.</w:t>
            </w:r>
          </w:p>
        </w:tc>
      </w:tr>
    </w:tbl>
    <w:p w14:paraId="52763EB4" w14:textId="77777777" w:rsidR="002436A7" w:rsidRPr="007D1716" w:rsidRDefault="002436A7">
      <w:pPr>
        <w:rPr>
          <w:rFonts w:ascii="Comic Sans MS" w:hAnsi="Comic Sans MS"/>
          <w:sz w:val="24"/>
          <w:szCs w:val="24"/>
        </w:rPr>
      </w:pPr>
    </w:p>
    <w:sectPr w:rsidR="002436A7" w:rsidRPr="007D1716" w:rsidSect="00034616">
      <w:pgSz w:w="15840" w:h="12240" w:orient="landscape"/>
      <w:pgMar w:top="680" w:right="680" w:bottom="680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65E62FE"/>
    <w:multiLevelType w:val="multilevel"/>
    <w:tmpl w:val="CD0A7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9820538">
    <w:abstractNumId w:val="8"/>
  </w:num>
  <w:num w:numId="2" w16cid:durableId="1272935864">
    <w:abstractNumId w:val="6"/>
  </w:num>
  <w:num w:numId="3" w16cid:durableId="550463247">
    <w:abstractNumId w:val="5"/>
  </w:num>
  <w:num w:numId="4" w16cid:durableId="420762872">
    <w:abstractNumId w:val="4"/>
  </w:num>
  <w:num w:numId="5" w16cid:durableId="1619408817">
    <w:abstractNumId w:val="7"/>
  </w:num>
  <w:num w:numId="6" w16cid:durableId="215362414">
    <w:abstractNumId w:val="3"/>
  </w:num>
  <w:num w:numId="7" w16cid:durableId="1509175492">
    <w:abstractNumId w:val="2"/>
  </w:num>
  <w:num w:numId="8" w16cid:durableId="1675109547">
    <w:abstractNumId w:val="1"/>
  </w:num>
  <w:num w:numId="9" w16cid:durableId="606163057">
    <w:abstractNumId w:val="0"/>
  </w:num>
  <w:num w:numId="10" w16cid:durableId="19661588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6F36"/>
    <w:rsid w:val="000C71A0"/>
    <w:rsid w:val="000F3F8A"/>
    <w:rsid w:val="0015074B"/>
    <w:rsid w:val="002436A7"/>
    <w:rsid w:val="0029639D"/>
    <w:rsid w:val="002B5CC8"/>
    <w:rsid w:val="00326F90"/>
    <w:rsid w:val="003B3D52"/>
    <w:rsid w:val="00462E48"/>
    <w:rsid w:val="005047CE"/>
    <w:rsid w:val="0052430A"/>
    <w:rsid w:val="0069477A"/>
    <w:rsid w:val="006B586D"/>
    <w:rsid w:val="007D1716"/>
    <w:rsid w:val="007F56BC"/>
    <w:rsid w:val="00927A53"/>
    <w:rsid w:val="00964637"/>
    <w:rsid w:val="009A290E"/>
    <w:rsid w:val="00AA1D8D"/>
    <w:rsid w:val="00AD48EC"/>
    <w:rsid w:val="00B47730"/>
    <w:rsid w:val="00CB0664"/>
    <w:rsid w:val="00D266FC"/>
    <w:rsid w:val="00D62325"/>
    <w:rsid w:val="00DA39CB"/>
    <w:rsid w:val="00F82C0A"/>
    <w:rsid w:val="00FA79F0"/>
    <w:rsid w:val="00FB406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F36ADD"/>
  <w14:defaultImageDpi w14:val="300"/>
  <w15:docId w15:val="{0644C646-E08C-45F7-B451-62021C9E2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0F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417</Words>
  <Characters>2091</Characters>
  <Application>Microsoft Office Word</Application>
  <DocSecurity>0</DocSecurity>
  <Lines>121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Mrs K. Ryker</cp:lastModifiedBy>
  <cp:revision>7</cp:revision>
  <cp:lastPrinted>2026-04-09T12:43:00Z</cp:lastPrinted>
  <dcterms:created xsi:type="dcterms:W3CDTF">2026-04-09T12:23:00Z</dcterms:created>
  <dcterms:modified xsi:type="dcterms:W3CDTF">2026-04-13T14:38:00Z</dcterms:modified>
  <cp:category/>
</cp:coreProperties>
</file>